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esumeName"/>
        <w:jc w:val="center"/>
      </w:pPr>
      <w:r>
        <w:t>Shahriyar Khan</w:t>
      </w:r>
    </w:p>
    <w:p>
      <w:pPr>
        <w:pStyle w:val="ResumeTitle"/>
        <w:jc w:val="center"/>
      </w:pPr>
      <w:r>
        <w:t>Software Engineer | Python/Django Backend Systems &amp; Full-Stack Product Delivery</w:t>
      </w:r>
    </w:p>
    <w:p>
      <w:pPr>
        <w:pStyle w:val="ResumeContact"/>
        <w:jc w:val="center"/>
      </w:pPr>
      <w:r>
        <w:t>shahriyarkhanpk1@gmail.com</w:t>
      </w:r>
    </w:p>
    <w:p>
      <w:pPr>
        <w:pStyle w:val="ResumeContact"/>
        <w:jc w:val="center"/>
      </w:pPr>
      <w:r>
        <w:t>+92 311 0924560</w:t>
      </w:r>
    </w:p>
    <w:p>
      <w:pPr>
        <w:pStyle w:val="ResumeContact"/>
        <w:jc w:val="center"/>
      </w:pPr>
      <w:r>
        <w:t>Pakistan</w:t>
      </w:r>
    </w:p>
    <w:p>
      <w:pPr>
        <w:pStyle w:val="ResumeContact"/>
        <w:jc w:val="center"/>
      </w:pPr>
      <w:hyperlink r:id="rId9">
        <w:r>
          <w:rPr>
            <w:color w:val="2457D6"/>
            <w:u w:val="single"/>
          </w:rPr>
          <w:t>https://github.com/Shahriyar-Kh</w:t>
        </w:r>
      </w:hyperlink>
      <w:r>
        <w:t xml:space="preserve"> | </w:t>
      </w:r>
      <w:hyperlink r:id="rId10">
        <w:r>
          <w:rPr>
            <w:color w:val="2457D6"/>
            <w:u w:val="single"/>
          </w:rPr>
          <w:t>https://www.linkedin.com/in/shahriyar-kh/</w:t>
        </w:r>
      </w:hyperlink>
      <w:r>
        <w:t xml:space="preserve"> | </w:t>
      </w:r>
      <w:hyperlink r:id="rId11">
        <w:r>
          <w:rPr>
            <w:color w:val="2457D6"/>
            <w:u w:val="single"/>
          </w:rPr>
          <w:t>https://shahriyarkhan.com/</w:t>
        </w:r>
      </w:hyperlink>
      <w:r>
        <w:t xml:space="preserve"> | </w:t>
      </w:r>
      <w:hyperlink r:id="rId12">
        <w:r>
          <w:rPr>
            <w:color w:val="2457D6"/>
            <w:u w:val="single"/>
          </w:rPr>
          <w:t>https://wa.me/923110924560</w:t>
        </w:r>
      </w:hyperlink>
    </w:p>
    <w:p>
      <w:pPr>
        <w:pStyle w:val="ResumeHeading"/>
      </w:pPr>
      <w:r>
        <w:t>PROFESSIONAL SUMMARY</w:t>
      </w:r>
    </w:p>
    <w:p>
      <w:pPr>
        <w:pStyle w:val="ResumeBody"/>
      </w:pPr>
      <w:r>
        <w:t>Software Engineer specializing in Python, Django/DRF, REST APIs, PostgreSQL, and backend-heavy full-stack product delivery. Builds authenticated systems, role-aware workflows, SaaS and EdTech products, background processing with Redis/Celery, and React/Next.js interfaces, backed by testing, CI/CD, Docker, cloud deployment, and production troubleshooting.</w:t>
      </w:r>
    </w:p>
    <w:p>
      <w:pPr>
        <w:pStyle w:val="ResumeHeading"/>
      </w:pPr>
      <w:r>
        <w:t>TECHNICAL SKILLS</w:t>
      </w:r>
    </w:p>
    <w:p>
      <w:pPr>
        <w:pStyle w:val="ResumeSkill"/>
      </w:pPr>
      <w:r>
        <w:t>Python, Django, Django REST Framework (DRF), REST APIs, FastAPI, Authentication (JWT), Role-Based Access Control (RBAC), React.js, Next.js, TypeScript, JavaScript, PostgreSQL, Database Design, Redis, SQL, Software Architecture, Software Testing, Continuous Integration and Continuous Delivery (CI/CD), Pytest, Git, GitHub, Postman, Docker, API Integration, Cloudflare Workers, Railway</w:t>
      </w:r>
    </w:p>
    <w:p>
      <w:pPr>
        <w:pStyle w:val="ResumeHeading"/>
      </w:pPr>
      <w:r>
        <w:t>PROFESSIONAL EXPERIENCE</w:t>
      </w:r>
    </w:p>
    <w:p>
      <w:pPr>
        <w:pStyle w:val="ResumeEntryHeading"/>
      </w:pPr>
      <w:r>
        <w:t>Software Engineer (Contract) — TriCore Digital Tech | Jul 2026 – Present</w:t>
      </w:r>
    </w:p>
    <w:p>
      <w:pPr>
        <w:pStyle w:val="ResumeBullet"/>
      </w:pPr>
      <w:r>
        <w:t>Develop Python/Django backend services, REST APIs, authenticated workflows, and product features</w:t>
      </w:r>
    </w:p>
    <w:p>
      <w:pPr>
        <w:pStyle w:val="ResumeBullet"/>
      </w:pPr>
      <w:r>
        <w:t>Work across data models, validation, authentication, permissions, testing, and deployment preparation</w:t>
      </w:r>
    </w:p>
    <w:p>
      <w:pPr>
        <w:pStyle w:val="ResumeBullet"/>
      </w:pPr>
      <w:r>
        <w:t>Engineer the private Nurses Beyond Borders NCLEX/LMS platform through requirements, implementation, and hardening</w:t>
      </w:r>
    </w:p>
    <w:p>
      <w:pPr>
        <w:pStyle w:val="ResumeEntryHeading"/>
      </w:pPr>
      <w:r>
        <w:t>Software Developer — HA Technologies (Pvt) Ltd | Jul 2025 – Apr 2026</w:t>
      </w:r>
    </w:p>
    <w:p>
      <w:pPr>
        <w:pStyle w:val="ResumeBullet"/>
      </w:pPr>
      <w:r>
        <w:t>Contributed to backend and frontend development using Python and React</w:t>
      </w:r>
    </w:p>
    <w:p>
      <w:pPr>
        <w:pStyle w:val="ResumeBullet"/>
      </w:pPr>
      <w:r>
        <w:t>Worked through technical problems and changing implementation requirements</w:t>
      </w:r>
    </w:p>
    <w:p>
      <w:pPr>
        <w:pStyle w:val="ResumeBullet"/>
      </w:pPr>
      <w:r>
        <w:t>Collaborated with the development team and incorporated feedback into delivery</w:t>
      </w:r>
    </w:p>
    <w:p>
      <w:pPr>
        <w:pStyle w:val="ResumeEntryHeading"/>
      </w:pPr>
      <w:r>
        <w:t>Python Developer Intern — CodeAlpha | Feb 2025 – May 2025</w:t>
      </w:r>
    </w:p>
    <w:p>
      <w:pPr>
        <w:pStyle w:val="ResumeBullet"/>
      </w:pPr>
      <w:r>
        <w:t>Developed Python desktop applications with PyQt5 and Tkinter</w:t>
      </w:r>
    </w:p>
    <w:p>
      <w:pPr>
        <w:pStyle w:val="ResumeBullet"/>
      </w:pPr>
      <w:r>
        <w:t>Implemented event-driven workflows and third-party API integrations</w:t>
      </w:r>
    </w:p>
    <w:p>
      <w:pPr>
        <w:pStyle w:val="ResumeEntryHeading"/>
      </w:pPr>
      <w:r>
        <w:t>Web Developer Intern (Team Lead) — Abasyn University Incubation Center | Sep 2024 – Feb 2025</w:t>
      </w:r>
    </w:p>
    <w:p>
      <w:pPr>
        <w:pStyle w:val="ResumeBullet"/>
      </w:pPr>
      <w:r>
        <w:t>Built application functionality with Django and REST APIs</w:t>
      </w:r>
    </w:p>
    <w:p>
      <w:pPr>
        <w:pStyle w:val="ResumeBullet"/>
      </w:pPr>
      <w:r>
        <w:t>Led development tasks and coordinated implementation work</w:t>
      </w:r>
    </w:p>
    <w:p>
      <w:pPr>
        <w:pStyle w:val="ResumeHeading"/>
      </w:pPr>
      <w:r>
        <w:t>SELECTED PROJECTS</w:t>
      </w:r>
    </w:p>
    <w:p>
      <w:pPr>
        <w:pStyle w:val="ResumeEntryHeading"/>
      </w:pPr>
      <w:r>
        <w:t>Nurses Beyond Borders — NCLEX Learning &amp; Exam Preparation Platform</w:t>
      </w:r>
    </w:p>
    <w:p>
      <w:pPr>
        <w:pStyle w:val="ResumeBullet"/>
      </w:pPr>
      <w:r>
        <w:t>Private NCLEX learning and assessment platform covering question-bank/NGN workflows, timed attempts, learning progress, analytics, subscriptions and entitlements, study planning, administration, testing, and deployment preparation.</w:t>
      </w:r>
    </w:p>
    <w:p>
      <w:pPr>
        <w:pStyle w:val="ResumeDetail"/>
      </w:pPr>
      <w:r>
        <w:t>Tech: Celery, Django, Django REST Framework, Docker, JWT, Next.js, PostgreSQL, Python, React.js, Redis, TypeScript</w:t>
      </w:r>
    </w:p>
    <w:p>
      <w:pPr>
        <w:pStyle w:val="ResumeDetail"/>
      </w:pPr>
      <w:r>
        <w:t xml:space="preserve">Live: </w:t>
      </w:r>
      <w:hyperlink r:id="rId13">
        <w:r>
          <w:rPr>
            <w:color w:val="2457D6"/>
            <w:u w:val="single"/>
          </w:rPr>
          <w:t>https://nbb-lms.vercel.app/</w:t>
        </w:r>
      </w:hyperlink>
      <w:r>
        <w:t xml:space="preserve"> | GitHub: </w:t>
      </w:r>
      <w:hyperlink r:id="rId14">
        <w:r>
          <w:rPr>
            <w:color w:val="2457D6"/>
            <w:u w:val="single"/>
          </w:rPr>
          <w:t>https://github.com/Shahriyar-Kh/Shahriyar-Kh/blob/main/case-studies/nbb-lms.md</w:t>
        </w:r>
      </w:hyperlink>
    </w:p>
    <w:p>
      <w:pPr>
        <w:pStyle w:val="ResumeEntryHeading"/>
      </w:pPr>
      <w:r>
        <w:t>Yango Wing Fleet — Driver Registration &amp; Fleet Operations Platform</w:t>
      </w:r>
    </w:p>
    <w:p>
      <w:pPr>
        <w:pStyle w:val="ResumeBullet"/>
      </w:pPr>
      <w:r>
        <w:t>Full-stack driver onboarding and fleet operations platform with public registration and inquiry workflows, staff-protected APIs, admin operations, analytics, filtering/search, status management, offers/trip bonuses, email workflows, and CSV exports.</w:t>
      </w:r>
    </w:p>
    <w:p>
      <w:pPr>
        <w:pStyle w:val="ResumeDetail"/>
      </w:pPr>
      <w:r>
        <w:t>Tech: Django, Django REST Framework, JWT, PostgreSQL, Python, REST APIs, React.js, TypeScript, Vite</w:t>
      </w:r>
    </w:p>
    <w:p>
      <w:pPr>
        <w:pStyle w:val="ResumeDetail"/>
      </w:pPr>
      <w:r>
        <w:t xml:space="preserve">Live: </w:t>
      </w:r>
      <w:hyperlink r:id="rId15">
        <w:r>
          <w:rPr>
            <w:color w:val="2457D6"/>
            <w:u w:val="single"/>
          </w:rPr>
          <w:t>https://yango-wing-fleet.vercel.app/</w:t>
        </w:r>
      </w:hyperlink>
      <w:r>
        <w:t xml:space="preserve"> | GitHub: </w:t>
      </w:r>
      <w:hyperlink r:id="rId16">
        <w:r>
          <w:rPr>
            <w:color w:val="2457D6"/>
            <w:u w:val="single"/>
          </w:rPr>
          <w:t>https://github.com/Shahriyar-Kh/yango-wing-fleet</w:t>
        </w:r>
      </w:hyperlink>
    </w:p>
    <w:p>
      <w:pPr>
        <w:pStyle w:val="ResumeEntryHeading"/>
      </w:pPr>
      <w:r>
        <w:t>NoteAssist AI — AI-Assisted Learning &amp; Productivity Platform</w:t>
      </w:r>
    </w:p>
    <w:p>
      <w:pPr>
        <w:pStyle w:val="ResumeBullet"/>
      </w:pPr>
      <w:r>
        <w:t>Learning and productivity platform for structured notes, AI-assisted generation and summarization, saved outputs, Google OAuth/Drive integration, plans/quotas, exports, dashboards, administration, and background processing.</w:t>
      </w:r>
    </w:p>
    <w:p>
      <w:pPr>
        <w:pStyle w:val="ResumeDetail"/>
      </w:pPr>
      <w:r>
        <w:t>Tech: Celery, Django, Django REST Framework, Google OAuth, Groq API, JWT, PostgreSQL, Python, React.js, Redis</w:t>
      </w:r>
    </w:p>
    <w:p>
      <w:pPr>
        <w:pStyle w:val="ResumeDetail"/>
      </w:pPr>
      <w:r>
        <w:t xml:space="preserve">Live: </w:t>
      </w:r>
      <w:hyperlink r:id="rId17">
        <w:r>
          <w:rPr>
            <w:color w:val="2457D6"/>
            <w:u w:val="single"/>
          </w:rPr>
          <w:t>https://noteassistai.vercel.app/</w:t>
        </w:r>
      </w:hyperlink>
      <w:r>
        <w:t xml:space="preserve"> | GitHub: </w:t>
      </w:r>
      <w:hyperlink r:id="rId18">
        <w:r>
          <w:rPr>
            <w:color w:val="2457D6"/>
            <w:u w:val="single"/>
          </w:rPr>
          <w:t>https://github.com/Shahriyar-Kh/noteassist_ai</w:t>
        </w:r>
      </w:hyperlink>
    </w:p>
    <w:p>
      <w:pPr>
        <w:pStyle w:val="ResumeEntryHeading"/>
      </w:pPr>
      <w:r>
        <w:t>Shahriyar Khan — Full-Stack Portfolio &amp; AI Assistant Platform</w:t>
      </w:r>
    </w:p>
    <w:p>
      <w:pPr>
        <w:pStyle w:val="ResumeBullet"/>
      </w:pPr>
      <w:r>
        <w:t>Full-stack professional portfolio platform with dynamic content, complete administration, project/service management, SEO/JSON-LD, a grounded AI assistant, structured client project discovery, CV management, and controlled PDF/DOCX exports.</w:t>
      </w:r>
    </w:p>
    <w:p>
      <w:pPr>
        <w:pStyle w:val="ResumeDetail"/>
      </w:pPr>
      <w:r>
        <w:t>Tech: AI Integration, Cloudflare Workers, Django, Django REST Framework, Next.js, PostgreSQL, Python, Railway, React.js, Tailwind CSS, TypeScript</w:t>
      </w:r>
    </w:p>
    <w:p>
      <w:pPr>
        <w:pStyle w:val="ResumeDetail"/>
      </w:pPr>
      <w:r>
        <w:t xml:space="preserve">Live: </w:t>
      </w:r>
      <w:hyperlink r:id="rId11">
        <w:r>
          <w:rPr>
            <w:color w:val="2457D6"/>
            <w:u w:val="single"/>
          </w:rPr>
          <w:t>https://shahriyarkhan.com/</w:t>
        </w:r>
      </w:hyperlink>
      <w:r>
        <w:t xml:space="preserve"> | GitHub: </w:t>
      </w:r>
      <w:hyperlink r:id="rId19">
        <w:r>
          <w:rPr>
            <w:color w:val="2457D6"/>
            <w:u w:val="single"/>
          </w:rPr>
          <w:t>https://github.com/Shahriyar-Kh/shahriyarkhan-portfolio-v1</w:t>
        </w:r>
      </w:hyperlink>
    </w:p>
    <w:p>
      <w:pPr>
        <w:pStyle w:val="ResumeEntryHeading"/>
      </w:pPr>
      <w:r>
        <w:t>SK LearnTrack — Full-Stack Learning &amp; Course Management Platform</w:t>
      </w:r>
    </w:p>
    <w:p>
      <w:pPr>
        <w:pStyle w:val="ResumeBullet"/>
      </w:pPr>
      <w:r>
        <w:t>Learning and course-management platform with Course → Chapter → Topic structure, admin course authoring, enrollment/progress, quizzes, notes, bookmarks, roadmaps, analytics, and Groq-powered AI-assisted learning.</w:t>
      </w:r>
    </w:p>
    <w:p>
      <w:pPr>
        <w:pStyle w:val="ResumeDetail"/>
      </w:pPr>
      <w:r>
        <w:t>Tech: Django, Django REST Framework, Groq API, JWT, PostgreSQL, Pytest, Python, React.js, Redux Toolkit, Tailwind CSS</w:t>
      </w:r>
    </w:p>
    <w:p>
      <w:pPr>
        <w:pStyle w:val="ResumeDetail"/>
      </w:pPr>
      <w:r>
        <w:t xml:space="preserve">Live: </w:t>
      </w:r>
      <w:hyperlink r:id="rId20">
        <w:r>
          <w:rPr>
            <w:color w:val="2457D6"/>
            <w:u w:val="single"/>
          </w:rPr>
          <w:t>https://sk-learntrack.vercel.app/</w:t>
        </w:r>
      </w:hyperlink>
      <w:r>
        <w:t xml:space="preserve"> | GitHub: </w:t>
      </w:r>
      <w:hyperlink r:id="rId21">
        <w:r>
          <w:rPr>
            <w:color w:val="2457D6"/>
            <w:u w:val="single"/>
          </w:rPr>
          <w:t>https://github.com/Shahriyar-Kh/SK_LearnTrack</w:t>
        </w:r>
      </w:hyperlink>
    </w:p>
    <w:p>
      <w:pPr>
        <w:pStyle w:val="ResumeEntryHeading"/>
      </w:pPr>
      <w:r>
        <w:t>TechBuilt Open School — Multilingual Education Platform &amp; Operational LMS</w:t>
      </w:r>
    </w:p>
    <w:p>
      <w:pPr>
        <w:pStyle w:val="ResumeBullet"/>
      </w:pPr>
      <w:r>
        <w:t>Next-generation multilingual education platform and operational-LMS foundation in Phase 1 active development, with API-first modular-monolith architecture, checked OpenAPI contracts, multilingual/RTL foundations, identity/authorization direction, structured logging, testing, CI, and security automation.</w:t>
      </w:r>
    </w:p>
    <w:p>
      <w:pPr>
        <w:pStyle w:val="ResumeDetail"/>
      </w:pPr>
      <w:r>
        <w:t>Tech: Celery, Django, Django REST Framework, Docker, GitHub Actions, Next.js, OpenAPI, PostgreSQL, Python, React.js, Redis, TypeScript</w:t>
      </w:r>
    </w:p>
    <w:p>
      <w:pPr>
        <w:pStyle w:val="ResumeDetail"/>
      </w:pPr>
      <w:r>
        <w:t xml:space="preserve">Live: </w:t>
      </w:r>
      <w:hyperlink r:id="rId22">
        <w:r>
          <w:rPr>
            <w:color w:val="2457D6"/>
            <w:u w:val="single"/>
          </w:rPr>
          <w:t>https://techbuiltos.online/</w:t>
        </w:r>
      </w:hyperlink>
      <w:r>
        <w:t xml:space="preserve"> | GitHub: </w:t>
      </w:r>
      <w:hyperlink r:id="rId23">
        <w:r>
          <w:rPr>
            <w:color w:val="2457D6"/>
            <w:u w:val="single"/>
          </w:rPr>
          <w:t>https://github.com/Shahriyar-Kh/TechBuilt_OS</w:t>
        </w:r>
      </w:hyperlink>
    </w:p>
    <w:p>
      <w:pPr>
        <w:pStyle w:val="ResumeHeading"/>
      </w:pPr>
      <w:r>
        <w:t>EDUCATION</w:t>
      </w:r>
    </w:p>
    <w:p>
      <w:pPr>
        <w:pStyle w:val="ResumeEntryHeading"/>
      </w:pPr>
      <w:r>
        <w:t>BS Software Engineering — Abasyn University, Peshawar | Sep 2021 – Jun 2025</w:t>
      </w:r>
    </w:p>
    <w:sectPr w:rsidR="00FC693F" w:rsidRPr="0006063C" w:rsidSect="00034616">
      <w:pgSz w:w="12240" w:h="15840"/>
      <w:pgMar w:top="691" w:right="893" w:bottom="720" w:left="89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50" w:lineRule="auto"/>
    </w:pPr>
    <w:rPr>
      <w:rFonts w:ascii="Arial" w:hAnsi="Arial" w:eastAsia="Arial"/>
      <w:b w:val="0"/>
      <w:color w:val="1820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pPr>
      <w:spacing w:before="0" w:after="60" w:line="250" w:lineRule="auto"/>
    </w:pPr>
    <w:rPr>
      <w:rFonts w:ascii="Arial" w:hAnsi="Arial" w:eastAsia="Arial"/>
      <w:b/>
      <w:color w:val="2457D6"/>
      <w:sz w:val="38"/>
    </w:rPr>
  </w:style>
  <w:style w:type="paragraph" w:customStyle="1" w:styleId="ResumeTitle">
    <w:name w:val="Resume Title"/>
    <w:pPr>
      <w:spacing w:before="0" w:after="60" w:line="250" w:lineRule="auto"/>
    </w:pPr>
    <w:rPr>
      <w:rFonts w:ascii="Arial" w:hAnsi="Arial" w:eastAsia="Arial"/>
      <w:b w:val="0"/>
      <w:color w:val="182033"/>
      <w:sz w:val="21"/>
    </w:rPr>
  </w:style>
  <w:style w:type="paragraph" w:customStyle="1" w:styleId="ResumeContact">
    <w:name w:val="Resume Contact"/>
    <w:pPr>
      <w:spacing w:before="0" w:after="20" w:line="250" w:lineRule="auto"/>
    </w:pPr>
    <w:rPr>
      <w:rFonts w:ascii="Arial" w:hAnsi="Arial" w:eastAsia="Arial"/>
      <w:b w:val="0"/>
      <w:color w:val="667085"/>
      <w:sz w:val="17"/>
    </w:rPr>
  </w:style>
  <w:style w:type="paragraph" w:customStyle="1" w:styleId="ResumeHeading">
    <w:name w:val="Resume Heading"/>
    <w:pPr>
      <w:keepNext/>
      <w:spacing w:before="120" w:after="90" w:line="250" w:lineRule="auto"/>
      <w:pBdr>
        <w:bottom w:val="single" w:sz="6" w:space="2" w:color="2457D6"/>
      </w:pBdr>
    </w:pPr>
    <w:rPr>
      <w:rFonts w:ascii="Arial" w:hAnsi="Arial" w:eastAsia="Arial"/>
      <w:b/>
      <w:color w:val="2457D6"/>
      <w:sz w:val="20"/>
    </w:rPr>
  </w:style>
  <w:style w:type="paragraph" w:customStyle="1" w:styleId="ResumeBody">
    <w:name w:val="Resume Body"/>
    <w:pPr>
      <w:spacing w:before="0" w:after="64" w:line="250" w:lineRule="auto"/>
    </w:pPr>
    <w:rPr>
      <w:rFonts w:ascii="Arial" w:hAnsi="Arial" w:eastAsia="Arial"/>
      <w:b w:val="0"/>
      <w:color w:val="182033"/>
      <w:sz w:val="19"/>
    </w:rPr>
  </w:style>
  <w:style w:type="paragraph" w:customStyle="1" w:styleId="ResumeSkill">
    <w:name w:val="Resume Skill"/>
    <w:pPr>
      <w:spacing w:before="0" w:after="40" w:line="250" w:lineRule="auto"/>
    </w:pPr>
    <w:rPr>
      <w:rFonts w:ascii="Arial" w:hAnsi="Arial" w:eastAsia="Arial"/>
      <w:b w:val="0"/>
      <w:color w:val="182033"/>
      <w:sz w:val="18"/>
    </w:rPr>
  </w:style>
  <w:style w:type="paragraph" w:customStyle="1" w:styleId="ResumeEntryHeading">
    <w:name w:val="Resume Entry Heading"/>
    <w:pPr>
      <w:keepNext/>
      <w:spacing w:before="56" w:after="36" w:line="250" w:lineRule="auto"/>
    </w:pPr>
    <w:rPr>
      <w:rFonts w:ascii="Arial" w:hAnsi="Arial" w:eastAsia="Arial"/>
      <w:b/>
      <w:color w:val="182033"/>
      <w:sz w:val="19"/>
    </w:rPr>
  </w:style>
  <w:style w:type="paragraph" w:customStyle="1" w:styleId="ResumeDetail">
    <w:name w:val="Resume Detail"/>
    <w:pPr>
      <w:spacing w:before="0" w:after="36" w:line="250" w:lineRule="auto"/>
      <w:ind w:left="259"/>
    </w:pPr>
    <w:rPr>
      <w:rFonts w:ascii="Arial" w:hAnsi="Arial" w:eastAsia="Arial"/>
      <w:b w:val="0"/>
      <w:color w:val="667085"/>
      <w:sz w:val="17"/>
    </w:rPr>
  </w:style>
  <w:style w:type="paragraph" w:customStyle="1" w:styleId="ResumeBullet">
    <w:name w:val="Resume Bullet"/>
    <w:basedOn w:val="ListBullet"/>
    <w:pPr>
      <w:spacing w:before="0" w:after="38" w:line="250" w:lineRule="auto"/>
      <w:ind w:left="288" w:hanging="187"/>
    </w:pPr>
    <w:rPr>
      <w:rFonts w:ascii="Arial" w:hAnsi="Arial" w:eastAsia="Arial"/>
      <w:b w:val="0"/>
      <w:color w:val="182033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yperlink" Target="https://github.com/Shahriyar-Kh" TargetMode="External"/><Relationship Id="rId10" Type="http://schemas.openxmlformats.org/officeDocument/2006/relationships/hyperlink" Target="https://www.linkedin.com/in/shahriyar-kh/" TargetMode="External"/><Relationship Id="rId11" Type="http://schemas.openxmlformats.org/officeDocument/2006/relationships/hyperlink" Target="https://shahriyarkhan.com/" TargetMode="External"/><Relationship Id="rId12" Type="http://schemas.openxmlformats.org/officeDocument/2006/relationships/hyperlink" Target="https://wa.me/923110924560" TargetMode="External"/><Relationship Id="rId13" Type="http://schemas.openxmlformats.org/officeDocument/2006/relationships/hyperlink" Target="https://nbb-lms.vercel.app/" TargetMode="External"/><Relationship Id="rId14" Type="http://schemas.openxmlformats.org/officeDocument/2006/relationships/hyperlink" Target="https://github.com/Shahriyar-Kh/Shahriyar-Kh/blob/main/case-studies/nbb-lms.md" TargetMode="External"/><Relationship Id="rId15" Type="http://schemas.openxmlformats.org/officeDocument/2006/relationships/hyperlink" Target="https://yango-wing-fleet.vercel.app/" TargetMode="External"/><Relationship Id="rId16" Type="http://schemas.openxmlformats.org/officeDocument/2006/relationships/hyperlink" Target="https://github.com/Shahriyar-Kh/yango-wing-fleet" TargetMode="External"/><Relationship Id="rId17" Type="http://schemas.openxmlformats.org/officeDocument/2006/relationships/hyperlink" Target="https://noteassistai.vercel.app/" TargetMode="External"/><Relationship Id="rId18" Type="http://schemas.openxmlformats.org/officeDocument/2006/relationships/hyperlink" Target="https://github.com/Shahriyar-Kh/noteassist_ai" TargetMode="External"/><Relationship Id="rId19" Type="http://schemas.openxmlformats.org/officeDocument/2006/relationships/hyperlink" Target="https://github.com/Shahriyar-Kh/shahriyarkhan-portfolio-v1" TargetMode="External"/><Relationship Id="rId20" Type="http://schemas.openxmlformats.org/officeDocument/2006/relationships/hyperlink" Target="https://sk-learntrack.vercel.app/" TargetMode="External"/><Relationship Id="rId21" Type="http://schemas.openxmlformats.org/officeDocument/2006/relationships/hyperlink" Target="https://github.com/Shahriyar-Kh/SK_LearnTrack" TargetMode="External"/><Relationship Id="rId22" Type="http://schemas.openxmlformats.org/officeDocument/2006/relationships/hyperlink" Target="https://techbuiltos.online/" TargetMode="External"/><Relationship Id="rId23" Type="http://schemas.openxmlformats.org/officeDocument/2006/relationships/hyperlink" Target="https://github.com/Shahriyar-Kh/TechBuilt_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Shahriyar Khan - Software Engineer CV</dc:title>
  <dc:subject>resume-content-sha256:287e635802c0e992d5dbe8fa00205807d6a38aa176f976e3e96660d8c77582e8</dc:subject>
  <dc:creator>Shahriyar Khan</dc:creator>
  <cp:keywords/>
  <dc:description/>
  <cp:lastModifiedBy>Shahriyar Khan</cp:lastModifiedBy>
  <cp:revision>1</cp:revision>
  <dcterms:created xsi:type="dcterms:W3CDTF">2000-01-01T00:00:00Z</dcterms:created>
  <dcterms:modified xsi:type="dcterms:W3CDTF">2000-01-01T00:00:00Z</dcterms:modified>
  <cp:category/>
</cp:coreProperties>
</file>